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המדרגות של הקומה השלישית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מתי מתרחש הסיפור? · </w:t>
      </w:r>
      <w:r>
        <w:rPr>
          <w:rFonts w:ascii="Arial" w:hAnsi="Arial" w:cs="Arial"/>
          <w:b w:val="0"/>
          <w:sz w:val="22"/>
          <w:rtl w:val="1"/>
          <w:szCs w:val="22"/>
        </w:rPr>
        <w:t>ביום האחרון של כיתה ט׳.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איך נראו המדרגות ליעל בכיתה ז׳? · </w:t>
      </w:r>
      <w:r>
        <w:rPr>
          <w:rFonts w:ascii="Arial" w:hAnsi="Arial" w:cs="Arial"/>
          <w:b w:val="0"/>
          <w:sz w:val="22"/>
          <w:rtl w:val="1"/>
          <w:szCs w:val="22"/>
        </w:rPr>
        <w:t>כמו הר.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קרה לקבוצה של יעל בפרויקט? · </w:t>
      </w:r>
      <w:r>
        <w:rPr>
          <w:rFonts w:ascii="Arial" w:hAnsi="Arial" w:cs="Arial"/>
          <w:b w:val="0"/>
          <w:sz w:val="22"/>
          <w:rtl w:val="1"/>
          <w:szCs w:val="22"/>
        </w:rPr>
        <w:t>בהתחלה רבו, ובסוף הצליחו.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מתי מתרחש הסיפור? · </w:t>
      </w:r>
      <w:r>
        <w:rPr>
          <w:rFonts w:ascii="Arial" w:hAnsi="Arial" w:cs="Arial"/>
          <w:b w:val="0"/>
          <w:sz w:val="22"/>
          <w:rtl w:val="1"/>
          <w:szCs w:val="22"/>
        </w:rPr>
        <w:t>ג. ביום האחרון של כיתה ט׳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קרה ליעל בשבוע הראשון בחטיבה? · </w:t>
      </w:r>
      <w:r>
        <w:rPr>
          <w:rFonts w:ascii="Arial" w:hAnsi="Arial" w:cs="Arial"/>
          <w:b w:val="0"/>
          <w:sz w:val="22"/>
          <w:rtl w:val="1"/>
          <w:szCs w:val="22"/>
        </w:rPr>
        <w:t>ג. היא הלכה לאיבוד ונכנסה בטעות לשיעור של ט׳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הבטיחו החברים? · </w:t>
      </w:r>
      <w:r>
        <w:rPr>
          <w:rFonts w:ascii="Arial" w:hAnsi="Arial" w:cs="Arial"/>
          <w:b w:val="0"/>
          <w:sz w:val="22"/>
          <w:rtl w:val="1"/>
          <w:szCs w:val="22"/>
        </w:rPr>
        <w:t>לשמור על קשר.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מתי צריך לקרוא את הפתק? · </w:t>
      </w:r>
      <w:r>
        <w:rPr>
          <w:rFonts w:ascii="Arial" w:hAnsi="Arial" w:cs="Arial"/>
          <w:b w:val="0"/>
          <w:sz w:val="22"/>
          <w:rtl w:val="1"/>
          <w:szCs w:val="22"/>
        </w:rPr>
        <w:t>רק בתיכון.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🎒 המדרגות של הקומה השלישית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🎒 המדרגות של הקומה השלישית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ביום האחרון של כיתה ט׳ יעל הגיעה מוקדם לבית הספר. החצר הייתה שקטה.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עלתה לקומה השלישית. בכיתה ז׳ המדרגות נראו לה כמו הר. בשבוע הראשון היא הלכה לאיבוד. עכשיו היא חייכה.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על הקיר הייתה תמונה של הקבוצה שלה מפרויקט החקר. בהתחלה הם רבו, אבל בסוף הצליחו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בשנה הבאה כל החברים ילכו למקומות שונים. כולם הבטיחו: ״נשמור על קשר.״ יעל קצת דאגה.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המחנכת נתנה פתק לכל תלמיד – לקרוא רק בתיכון. בצלצול האחרון יעל ירדה במדרגות לאט, ונפרדה מהקומה השלישית.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שרב – מזג אוויר חם ויבש מאוד · לחש – דיבר בקול שקט מאוד · דהויה – שהצבעים שלה חלשים בגלל שמש או זמן · פנימייה – בית ספר שבו גם גרים ולנים · בבת אחת – פתאום, ברגע אחד · מחנכת – המורה האחראית על הכיתה · סדק – שבר דק וצר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האחרון     הר     הצליחו     קשר     בתיכון     פתק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מתרחש הסיפור?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איך נראו המדרגות ליעל בכיתה ז׳?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לקבוצה של יעל בפרויקט?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מתרחש הסיפור?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ביום הראשון בכיתה ז׳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בערב הסיום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ביום האחרון של כיתה ט׳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ליעל בשבוע הראשון בחטיבה?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היא קיבלה פרס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היא החליפה כיתה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היא הלכה לאיבוד ונכנסה בטעות לשיעור של ט׳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הבטיחו החברים?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צריך לקרוא את הפתק?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״המדרגות של הקומה השלישית״?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המדרגות של הקומה השלישית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המדרגות של הקומה השלישית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